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C4612" w14:textId="77777777" w:rsidR="00FE7C4C" w:rsidRDefault="00000000">
      <w:pPr>
        <w:spacing w:after="0" w:line="240" w:lineRule="auto"/>
      </w:pPr>
      <w:r>
        <w:rPr>
          <w:noProof/>
        </w:rPr>
        <w:drawing>
          <wp:inline distT="0" distB="0" distL="0" distR="0" wp14:anchorId="32F5A365" wp14:editId="148A3329">
            <wp:extent cx="10674000" cy="7506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8D211" w14:textId="77777777" w:rsidR="00FE7C4C" w:rsidRDefault="00000000">
      <w:pPr>
        <w:pageBreakBefore/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14D95ABA" wp14:editId="717A5933">
            <wp:extent cx="10674000" cy="7506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FB27D" w14:textId="77777777" w:rsidR="00FE7C4C" w:rsidRDefault="00000000">
      <w:pPr>
        <w:pageBreakBefore/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7DBCEC3D" wp14:editId="53BFE3F5">
            <wp:extent cx="10674000" cy="7506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F36DB" w14:textId="77777777" w:rsidR="00FE7C4C" w:rsidRDefault="00000000">
      <w:pPr>
        <w:pageBreakBefore/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03991B54" wp14:editId="23BA1985">
            <wp:extent cx="10674000" cy="7506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85A69" w14:textId="77777777" w:rsidR="00FE7C4C" w:rsidRDefault="00000000">
      <w:pPr>
        <w:pageBreakBefore/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3571B90A" wp14:editId="66D49789">
            <wp:extent cx="10674000" cy="7506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1225F" w14:textId="77777777" w:rsidR="00FE7C4C" w:rsidRDefault="00000000">
      <w:pPr>
        <w:pageBreakBefore/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04C659FC" wp14:editId="4876CBA6">
            <wp:extent cx="10674000" cy="7506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06124" w14:textId="77777777" w:rsidR="00FE7C4C" w:rsidRDefault="00000000">
      <w:pPr>
        <w:pageBreakBefore/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106F7480" wp14:editId="1ED51A22">
            <wp:extent cx="10674000" cy="7506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B789E" w14:textId="77777777" w:rsidR="00FE7C4C" w:rsidRDefault="00000000">
      <w:pPr>
        <w:pageBreakBefore/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705856B3" wp14:editId="080314C1">
            <wp:extent cx="10674000" cy="7506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F3DBC" w14:textId="77777777" w:rsidR="00FE7C4C" w:rsidRDefault="00000000">
      <w:pPr>
        <w:pageBreakBefore/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793FF02C" wp14:editId="24EDD3CD">
            <wp:extent cx="10674000" cy="75060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02433" w14:textId="77777777" w:rsidR="00FE7C4C" w:rsidRDefault="00000000">
      <w:pPr>
        <w:pageBreakBefore/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52E33736" wp14:editId="71CA075A">
            <wp:extent cx="10674000" cy="75060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97644" w14:textId="77777777" w:rsidR="00FE7C4C" w:rsidRDefault="00000000">
      <w:pPr>
        <w:pageBreakBefore/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6E8907BF" wp14:editId="19FB1490">
            <wp:extent cx="10674000" cy="75060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B0252" w14:textId="77777777" w:rsidR="00FE7C4C" w:rsidRDefault="00000000">
      <w:pPr>
        <w:pageBreakBefore/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50509AA0" wp14:editId="3F48BC73">
            <wp:extent cx="10674000" cy="75060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4C1AD" w14:textId="77777777" w:rsidR="00FE7C4C" w:rsidRDefault="00000000">
      <w:pPr>
        <w:pageBreakBefore/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647256D3" wp14:editId="1179CEB2">
            <wp:extent cx="10674000" cy="75060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70B67" w14:textId="77777777" w:rsidR="00FE7C4C" w:rsidRDefault="00000000">
      <w:pPr>
        <w:pageBreakBefore/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08FB47AD" wp14:editId="2AF9767D">
            <wp:extent cx="10674000" cy="75060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D2423" w14:textId="77777777" w:rsidR="00FE7C4C" w:rsidRDefault="00000000">
      <w:pPr>
        <w:pageBreakBefore/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3F436D8E" wp14:editId="18CEB9C1">
            <wp:extent cx="10674000" cy="75060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05BFC" w14:textId="77777777" w:rsidR="00FE7C4C" w:rsidRDefault="00000000">
      <w:pPr>
        <w:pageBreakBefore/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4DB8DA6F" wp14:editId="47A0AC71">
            <wp:extent cx="10674000" cy="75060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674000" cy="75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7C4C" w:rsidSect="00034616">
      <w:pgSz w:w="16838" w:h="11906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8084849">
    <w:abstractNumId w:val="8"/>
  </w:num>
  <w:num w:numId="2" w16cid:durableId="264578271">
    <w:abstractNumId w:val="6"/>
  </w:num>
  <w:num w:numId="3" w16cid:durableId="1121723414">
    <w:abstractNumId w:val="5"/>
  </w:num>
  <w:num w:numId="4" w16cid:durableId="54549059">
    <w:abstractNumId w:val="4"/>
  </w:num>
  <w:num w:numId="5" w16cid:durableId="724915249">
    <w:abstractNumId w:val="7"/>
  </w:num>
  <w:num w:numId="6" w16cid:durableId="785855637">
    <w:abstractNumId w:val="3"/>
  </w:num>
  <w:num w:numId="7" w16cid:durableId="1999453256">
    <w:abstractNumId w:val="2"/>
  </w:num>
  <w:num w:numId="8" w16cid:durableId="931402686">
    <w:abstractNumId w:val="1"/>
  </w:num>
  <w:num w:numId="9" w16cid:durableId="718360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4710"/>
    <w:rsid w:val="0015074B"/>
    <w:rsid w:val="0029639D"/>
    <w:rsid w:val="00326F90"/>
    <w:rsid w:val="00762345"/>
    <w:rsid w:val="00AA1D8D"/>
    <w:rsid w:val="00B47730"/>
    <w:rsid w:val="00CB0664"/>
    <w:rsid w:val="00FC693F"/>
    <w:rsid w:val="00FE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994705"/>
  <w14:defaultImageDpi w14:val="300"/>
  <w15:docId w15:val="{49E919FB-64E2-447A-8D33-868D9E2A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4</Words>
  <Characters>28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BEROCERT</dc:creator>
  <cp:keywords/>
  <dc:description>generated by python-docx</dc:description>
  <cp:lastModifiedBy>Abdelmalak BERROUCH</cp:lastModifiedBy>
  <cp:revision>2</cp:revision>
  <dcterms:created xsi:type="dcterms:W3CDTF">2013-12-23T23:15:00Z</dcterms:created>
  <dcterms:modified xsi:type="dcterms:W3CDTF">2026-10-08T13:07:00Z</dcterms:modified>
  <cp:category/>
</cp:coreProperties>
</file>